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B8" w:rsidRPr="008B72B8" w:rsidRDefault="00583D38" w:rsidP="008B72B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Qaraqalpaqstan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Respublikası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isleri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basqarması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baslıǵı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Polat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Maxsetbaev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Maxsetbaevichtiń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korrupciyaǵa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qarsı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gúresiw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boyınsha</w:t>
      </w:r>
      <w:proofErr w:type="spellEnd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b/>
          <w:sz w:val="28"/>
          <w:szCs w:val="28"/>
          <w:lang w:val="ru-RU"/>
        </w:rPr>
        <w:t>múrájatı</w:t>
      </w:r>
      <w:proofErr w:type="spellEnd"/>
    </w:p>
    <w:p w:rsidR="00583D38" w:rsidRPr="008B72B8" w:rsidRDefault="00583D38" w:rsidP="008B72B8">
      <w:pPr>
        <w:pStyle w:val="1"/>
        <w:jc w:val="center"/>
        <w:rPr>
          <w:rFonts w:ascii="Times New Roman" w:hAnsi="Times New Roman" w:cs="Times New Roman"/>
          <w:lang w:val="ru-RU"/>
        </w:rPr>
      </w:pPr>
      <w:proofErr w:type="spellStart"/>
      <w:r w:rsidRPr="008B72B8">
        <w:rPr>
          <w:rFonts w:ascii="Times New Roman" w:hAnsi="Times New Roman" w:cs="Times New Roman"/>
          <w:lang w:val="ru-RU"/>
        </w:rPr>
        <w:t>Korrupciyaǵa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qarsı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gúresiw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— </w:t>
      </w:r>
      <w:proofErr w:type="spellStart"/>
      <w:r w:rsidRPr="008B72B8">
        <w:rPr>
          <w:rFonts w:ascii="Times New Roman" w:hAnsi="Times New Roman" w:cs="Times New Roman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siyasatı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jámiyet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rawajlanıwınıń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áhmiyetli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tiykarǵı</w:t>
      </w:r>
      <w:proofErr w:type="spellEnd"/>
      <w:r w:rsidRPr="008B72B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lang w:val="ru-RU"/>
        </w:rPr>
        <w:t>ba</w:t>
      </w:r>
      <w:bookmarkStart w:id="0" w:name="_GoBack"/>
      <w:bookmarkEnd w:id="0"/>
      <w:r w:rsidRPr="008B72B8">
        <w:rPr>
          <w:rFonts w:ascii="Times New Roman" w:hAnsi="Times New Roman" w:cs="Times New Roman"/>
          <w:lang w:val="ru-RU"/>
        </w:rPr>
        <w:t>ǵdarı</w:t>
      </w:r>
      <w:proofErr w:type="spellEnd"/>
    </w:p>
    <w:p w:rsidR="008B72B8" w:rsidRDefault="008B72B8" w:rsidP="008B72B8">
      <w:pPr>
        <w:spacing w:after="200"/>
        <w:ind w:firstLine="43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Búgingi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kúnde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korrupciya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pútkil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dúnya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mámleketleri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aldında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turǵan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eń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awır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mashqalalardan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biri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bolıp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esaplanadı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Bul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illet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tek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ǵana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ekonomikanıń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rawajlanıwına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emes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al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jámiyettiń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ruwxıy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turmısına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zıyan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jetkeredi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Ádillik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nızam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ústinligi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támiyinlenbegen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jerde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isenim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rawajlanıw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bolmaydı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siyasatı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jámiyetlik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baslamalar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tarawında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sońǵı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jıllarda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korrupciyaǵa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qarsı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gúresiw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mámleketlik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siyasattıń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eń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áhmiyetli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tiykarǵı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baǵdarına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aylandı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Huqıqıy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sananı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arttırıw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jámiyette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hadallıq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ortalıǵın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qáliplestiriw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jaslardıń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máplerin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qorǵaw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jolında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bir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qatar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keń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kólemli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reformalar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ámelge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asırılmaqta</w:t>
      </w:r>
      <w:proofErr w:type="spellEnd"/>
      <w:r w:rsidRPr="008B72B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Ásirese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joybarların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qarjılandırıw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grantlar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ajıratıw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volontyorlıq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jámiyetlik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baslamalardı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qollap-quwatlaw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tarawı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ekonomika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jámiyetlik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turmıstıń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iri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jáne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tásirsheń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baǵdarlarınan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biri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sıpatında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ózinde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korrupciya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qáwipin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kóbirek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jámleydi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Sonlıqtan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bul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tarawda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ashıq-aydınlıqtı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támiyinlew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sanlastırıwdı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engiziw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sistemalar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arqalı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qadaǵalawdı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kúsheytiw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áhmiyetli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wazıypaǵa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aylandı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Búgin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tarawında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korrupciyaǵa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qarsı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gúresiwdiń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tiykarǵı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qurallarınan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biri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sıpatında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elektron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platformalar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sanlı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sistemalar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jumıs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alıp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barmaqta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Bul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sistemalar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hújjetler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almasıwında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insan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faktorın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azaytıw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elektron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hújjet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aylanısın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támiyinleydi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Sonday-aq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tańlawlar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arzalardı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qabıl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etiw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ekspert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bahalaw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qadaǵalaw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monitoring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processlerin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tolıq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sanlastırıw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mámleketlik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uyımlardıń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málimleme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sistemaları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menen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integraciyalaw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imkaniyatları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jaratıldı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Nátiyjede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tarawdaǵı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ashıq-aydınlıq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esap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beriw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nátiyjelilik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keskin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arttı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Barlıq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tańlawlar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jámiyetlik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baslamalar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endi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tek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ǵana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sanlı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platformalar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arqalı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túrde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ámelge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asırılmaqta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83D38" w:rsidRPr="008B72B8" w:rsidRDefault="00583D38" w:rsidP="008B72B8">
      <w:pPr>
        <w:spacing w:after="200"/>
        <w:ind w:firstLine="4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lastRenderedPageBreak/>
        <w:t>Korrupciyanıń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qanday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kórinisine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mawasasız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múnásibetti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qáliplestiriw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tek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ǵana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mámleketlik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uyımlardıń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emes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al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bir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puqaranıń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ásirese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belsendi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jaslardıń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maqtanıshlı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minneti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bolıp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esaplanadı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Tek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ǵana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birgeliktegi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háreketler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jámiyetlik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qadaǵalaw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ashıqtan-ashıq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sóylesiw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arqalı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ǵana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jámiyette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hadallıq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ádillik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ortalıǵın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tolıq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qáliplestire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alamız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07574" w:rsidRPr="008B72B8" w:rsidRDefault="00583D38" w:rsidP="008B72B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Húrmetli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puqaralar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jaslar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Eger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siz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korrupciyalıq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jaǵdaylarǵa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dus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kelseńiz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yamasa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tarawda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ashıq-aydınlıqtıń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buzılıw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jaǵdayların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baqlasańız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tezlik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penen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arnawlı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isenim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telefonları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anonim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qayta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baylanıs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kanalları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onlayn-botlar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juwapker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bólimler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arqalı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múrájat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etiwińizdi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soraymız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bir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múrájat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nızam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sheńberinde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tárepleme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úyrenip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shıǵılıwı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hám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arza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beriwshiniń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sır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saqlanıwı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72B8">
        <w:rPr>
          <w:rFonts w:ascii="Times New Roman" w:hAnsi="Times New Roman" w:cs="Times New Roman"/>
          <w:sz w:val="28"/>
          <w:szCs w:val="28"/>
          <w:lang w:val="ru-RU"/>
        </w:rPr>
        <w:t>kepillenedi</w:t>
      </w:r>
      <w:proofErr w:type="spellEnd"/>
      <w:r w:rsidRPr="008B72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907574" w:rsidRPr="008B72B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3D38"/>
    <w:rsid w:val="008B72B8"/>
    <w:rsid w:val="009075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6CAA0"/>
  <w14:defaultImageDpi w14:val="300"/>
  <w15:docId w15:val="{26E83C6B-453A-4CCA-8EB5-2287B178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60" w:line="300" w:lineRule="auto"/>
    </w:pPr>
    <w:rPr>
      <w:rFonts w:ascii="Calibri" w:hAnsi="Calibri"/>
      <w:color w:val="222222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3B1B2C-692F-4596-B8EC-3FBC934A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2026-10-29T11:29:00Z</dcterms:created>
  <dcterms:modified xsi:type="dcterms:W3CDTF">2026-10-29T11:29:00Z</dcterms:modified>
  <cp:category/>
</cp:coreProperties>
</file>