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A074F" w:rsidRPr="0086509F" w:rsidRDefault="0086509F" w:rsidP="0086509F">
      <w:pPr>
        <w:jc w:val="center"/>
        <w:rPr>
          <w:b/>
        </w:rPr>
      </w:pPr>
      <w:proofErr w:type="spellStart"/>
      <w:r>
        <w:rPr>
          <w:b/>
        </w:rPr>
        <w:t>Qoraqalpog‘iston</w:t>
      </w:r>
      <w:proofErr w:type="spellEnd"/>
      <w:r>
        <w:rPr>
          <w:b/>
        </w:rPr>
        <w:t xml:space="preserve"> </w:t>
      </w:r>
      <w:proofErr w:type="spellStart"/>
      <w:r>
        <w:rPr>
          <w:b/>
        </w:rPr>
        <w:t>Resp</w:t>
      </w:r>
      <w:bookmarkStart w:id="0" w:name="_GoBack"/>
      <w:bookmarkEnd w:id="0"/>
      <w:r>
        <w:rPr>
          <w:b/>
        </w:rPr>
        <w:t>ublikasi</w:t>
      </w:r>
      <w:proofErr w:type="spellEnd"/>
      <w:r>
        <w:rPr>
          <w:b/>
        </w:rPr>
        <w:t xml:space="preserve"> </w:t>
      </w:r>
      <w:proofErr w:type="spellStart"/>
      <w:r>
        <w:rPr>
          <w:b/>
        </w:rPr>
        <w:t>yoshlar</w:t>
      </w:r>
      <w:proofErr w:type="spellEnd"/>
      <w:r>
        <w:rPr>
          <w:b/>
        </w:rPr>
        <w:t xml:space="preserve"> </w:t>
      </w:r>
      <w:proofErr w:type="spellStart"/>
      <w:r>
        <w:rPr>
          <w:b/>
        </w:rPr>
        <w:t>ishlari</w:t>
      </w:r>
      <w:proofErr w:type="spellEnd"/>
      <w:r>
        <w:rPr>
          <w:b/>
        </w:rPr>
        <w:t xml:space="preserve"> </w:t>
      </w:r>
      <w:proofErr w:type="spellStart"/>
      <w:r>
        <w:rPr>
          <w:b/>
        </w:rPr>
        <w:t>boshqarmasiga</w:t>
      </w:r>
      <w:proofErr w:type="spellEnd"/>
      <w:r w:rsidR="009C537D">
        <w:rPr>
          <w:b/>
        </w:rPr>
        <w:t xml:space="preserve"> </w:t>
      </w:r>
      <w:r>
        <w:rPr>
          <w:b/>
        </w:rPr>
        <w:br/>
        <w:t>2026-yilning 1-choragi</w:t>
      </w:r>
      <w:r w:rsidRPr="0086509F">
        <w:rPr>
          <w:b/>
        </w:rPr>
        <w:t xml:space="preserve"> </w:t>
      </w:r>
      <w:proofErr w:type="spellStart"/>
      <w:r w:rsidRPr="0086509F">
        <w:rPr>
          <w:b/>
        </w:rPr>
        <w:t>davomida</w:t>
      </w:r>
      <w:proofErr w:type="spellEnd"/>
      <w:r w:rsidRPr="0086509F">
        <w:rPr>
          <w:b/>
        </w:rPr>
        <w:t xml:space="preserve"> </w:t>
      </w:r>
      <w:proofErr w:type="spellStart"/>
      <w:r w:rsidR="00A1195C">
        <w:rPr>
          <w:b/>
        </w:rPr>
        <w:t>jismoniy</w:t>
      </w:r>
      <w:proofErr w:type="spellEnd"/>
      <w:r w:rsidR="00A1195C">
        <w:rPr>
          <w:b/>
        </w:rPr>
        <w:t xml:space="preserve"> </w:t>
      </w:r>
      <w:proofErr w:type="spellStart"/>
      <w:r w:rsidR="00A1195C">
        <w:rPr>
          <w:b/>
        </w:rPr>
        <w:t>va</w:t>
      </w:r>
      <w:proofErr w:type="spellEnd"/>
      <w:r w:rsidR="00A1195C">
        <w:rPr>
          <w:b/>
        </w:rPr>
        <w:t xml:space="preserve"> </w:t>
      </w:r>
      <w:proofErr w:type="spellStart"/>
      <w:r w:rsidR="00A1195C">
        <w:rPr>
          <w:b/>
        </w:rPr>
        <w:t>yuridik</w:t>
      </w:r>
      <w:proofErr w:type="spellEnd"/>
      <w:r w:rsidR="00A1195C">
        <w:rPr>
          <w:b/>
        </w:rPr>
        <w:t xml:space="preserve"> </w:t>
      </w:r>
      <w:proofErr w:type="spellStart"/>
      <w:r w:rsidR="00A1195C">
        <w:rPr>
          <w:b/>
        </w:rPr>
        <w:t>shaxslardan</w:t>
      </w:r>
      <w:proofErr w:type="spellEnd"/>
      <w:r w:rsidR="00A1195C">
        <w:rPr>
          <w:b/>
        </w:rPr>
        <w:t xml:space="preserve"> </w:t>
      </w:r>
      <w:r>
        <w:rPr>
          <w:b/>
        </w:rPr>
        <w:br/>
      </w:r>
      <w:proofErr w:type="spellStart"/>
      <w:r w:rsidR="00A1195C">
        <w:rPr>
          <w:b/>
        </w:rPr>
        <w:t>kelib</w:t>
      </w:r>
      <w:proofErr w:type="spellEnd"/>
      <w:r w:rsidR="00A1195C">
        <w:rPr>
          <w:b/>
        </w:rPr>
        <w:t xml:space="preserve"> </w:t>
      </w:r>
      <w:proofErr w:type="spellStart"/>
      <w:r w:rsidR="00A1195C">
        <w:rPr>
          <w:b/>
        </w:rPr>
        <w:t>tushgan</w:t>
      </w:r>
      <w:proofErr w:type="spellEnd"/>
      <w:r w:rsidR="00A1195C">
        <w:rPr>
          <w:b/>
        </w:rPr>
        <w:t xml:space="preserve"> </w:t>
      </w:r>
      <w:proofErr w:type="spellStart"/>
      <w:r w:rsidR="00A1195C">
        <w:rPr>
          <w:b/>
        </w:rPr>
        <w:t>murojaatlar</w:t>
      </w:r>
      <w:proofErr w:type="spellEnd"/>
      <w:r w:rsidR="00A1195C">
        <w:rPr>
          <w:b/>
        </w:rPr>
        <w:t xml:space="preserve"> </w:t>
      </w:r>
      <w:proofErr w:type="spellStart"/>
      <w:r w:rsidR="00A1195C">
        <w:rPr>
          <w:b/>
        </w:rPr>
        <w:t>bo‘yicha</w:t>
      </w:r>
      <w:proofErr w:type="spellEnd"/>
      <w:r w:rsidR="00A1195C">
        <w:rPr>
          <w:b/>
        </w:rPr>
        <w:br/>
        <w:t>MA’LUMOT</w:t>
      </w:r>
    </w:p>
    <w:p w:rsidR="00BA074F" w:rsidRDefault="00A1195C" w:rsidP="0086509F">
      <w:pPr>
        <w:spacing w:after="0"/>
        <w:ind w:firstLine="709"/>
        <w:jc w:val="both"/>
      </w:pPr>
      <w:r>
        <w:t xml:space="preserve">2026-yilning </w:t>
      </w:r>
      <w:r w:rsidR="0086509F" w:rsidRPr="0086509F">
        <w:t xml:space="preserve">1-choragi </w:t>
      </w:r>
      <w:proofErr w:type="spellStart"/>
      <w:r w:rsidR="0086509F" w:rsidRPr="0086509F">
        <w:t>davomida</w:t>
      </w:r>
      <w:proofErr w:type="spellEnd"/>
      <w:r w:rsidR="0086509F" w:rsidRPr="0086509F">
        <w:t xml:space="preserve"> </w:t>
      </w:r>
      <w:r>
        <w:t>“</w:t>
      </w:r>
      <w:proofErr w:type="spellStart"/>
      <w:r>
        <w:t>Jismoniy</w:t>
      </w:r>
      <w:proofErr w:type="spellEnd"/>
      <w:r>
        <w:t xml:space="preserve"> </w:t>
      </w:r>
      <w:proofErr w:type="spellStart"/>
      <w:r>
        <w:t>va</w:t>
      </w:r>
      <w:proofErr w:type="spellEnd"/>
      <w:r>
        <w:t xml:space="preserve"> </w:t>
      </w:r>
      <w:proofErr w:type="spellStart"/>
      <w:r>
        <w:t>yuridik</w:t>
      </w:r>
      <w:proofErr w:type="spellEnd"/>
      <w:r>
        <w:t xml:space="preserve"> </w:t>
      </w:r>
      <w:proofErr w:type="spellStart"/>
      <w:r>
        <w:t>shaxslarning</w:t>
      </w:r>
      <w:proofErr w:type="spellEnd"/>
      <w:r>
        <w:t xml:space="preserve"> </w:t>
      </w:r>
      <w:proofErr w:type="spellStart"/>
      <w:r>
        <w:t>murojaatlari</w:t>
      </w:r>
      <w:proofErr w:type="spellEnd"/>
      <w:r>
        <w:t xml:space="preserve"> </w:t>
      </w:r>
      <w:proofErr w:type="spellStart"/>
      <w:proofErr w:type="gramStart"/>
      <w:r>
        <w:t>to‘</w:t>
      </w:r>
      <w:proofErr w:type="gramEnd"/>
      <w:r>
        <w:t>g‘risida”gi</w:t>
      </w:r>
      <w:proofErr w:type="spellEnd"/>
      <w:r>
        <w:t xml:space="preserve"> O‘zbekiston Respublikasi Qonuni talablarining ijrosini ta’minlash, fuqarolar, xususan, yoshlar va ularning ota-onalari murojaatlarini o‘z vaqtida hamda xolisona ko‘rib chiqish, mavjud muammolarni joyida o‘rganish va qonuniy hal etish </w:t>
      </w:r>
      <w:proofErr w:type="spellStart"/>
      <w:r>
        <w:t>yuzasidan</w:t>
      </w:r>
      <w:proofErr w:type="spellEnd"/>
      <w:r>
        <w:t xml:space="preserve"> </w:t>
      </w:r>
      <w:proofErr w:type="spellStart"/>
      <w:r>
        <w:t>Qoraqalpog‘iston</w:t>
      </w:r>
      <w:proofErr w:type="spellEnd"/>
      <w:r>
        <w:t xml:space="preserve"> </w:t>
      </w:r>
      <w:proofErr w:type="spellStart"/>
      <w:r>
        <w:t>Respublikasi</w:t>
      </w:r>
      <w:proofErr w:type="spellEnd"/>
      <w:r>
        <w:t xml:space="preserve"> </w:t>
      </w:r>
      <w:proofErr w:type="spellStart"/>
      <w:r w:rsidR="0086509F">
        <w:t>y</w:t>
      </w:r>
      <w:r w:rsidR="0086509F">
        <w:t>oshlar</w:t>
      </w:r>
      <w:proofErr w:type="spellEnd"/>
      <w:r w:rsidR="0086509F">
        <w:t xml:space="preserve"> </w:t>
      </w:r>
      <w:proofErr w:type="spellStart"/>
      <w:r w:rsidR="0086509F">
        <w:t>ishlari</w:t>
      </w:r>
      <w:proofErr w:type="spellEnd"/>
      <w:r w:rsidR="0086509F">
        <w:t xml:space="preserve"> </w:t>
      </w:r>
      <w:r w:rsidR="0086509F">
        <w:t xml:space="preserve"> </w:t>
      </w:r>
      <w:r w:rsidR="0086509F">
        <w:t xml:space="preserve"> </w:t>
      </w:r>
      <w:proofErr w:type="spellStart"/>
      <w:r>
        <w:t>boshqarmasi</w:t>
      </w:r>
      <w:proofErr w:type="spellEnd"/>
      <w:r>
        <w:t xml:space="preserve"> </w:t>
      </w:r>
      <w:proofErr w:type="spellStart"/>
      <w:r>
        <w:t>hamda</w:t>
      </w:r>
      <w:proofErr w:type="spellEnd"/>
      <w:r>
        <w:t xml:space="preserve"> </w:t>
      </w:r>
      <w:proofErr w:type="spellStart"/>
      <w:r>
        <w:t>uning</w:t>
      </w:r>
      <w:proofErr w:type="spellEnd"/>
      <w:r>
        <w:t xml:space="preserve"> tuman (shahar) bo‘limlari tomonidan tegishli ishlar amalga oshirildi.</w:t>
      </w:r>
    </w:p>
    <w:p w:rsidR="00BA074F" w:rsidRDefault="00A1195C" w:rsidP="0086509F">
      <w:pPr>
        <w:spacing w:after="0"/>
        <w:ind w:firstLine="709"/>
        <w:jc w:val="both"/>
      </w:pPr>
      <w:proofErr w:type="spellStart"/>
      <w:r>
        <w:t>Hisobot</w:t>
      </w:r>
      <w:proofErr w:type="spellEnd"/>
      <w:r>
        <w:t xml:space="preserve"> </w:t>
      </w:r>
      <w:proofErr w:type="spellStart"/>
      <w:r>
        <w:t>davrida</w:t>
      </w:r>
      <w:proofErr w:type="spellEnd"/>
      <w:r>
        <w:t xml:space="preserve"> </w:t>
      </w:r>
      <w:proofErr w:type="spellStart"/>
      <w:r>
        <w:t>Boshqarma</w:t>
      </w:r>
      <w:proofErr w:type="spellEnd"/>
      <w:r>
        <w:t xml:space="preserve"> </w:t>
      </w:r>
      <w:proofErr w:type="spellStart"/>
      <w:r>
        <w:t>va</w:t>
      </w:r>
      <w:proofErr w:type="spellEnd"/>
      <w:r>
        <w:t xml:space="preserve"> </w:t>
      </w:r>
      <w:proofErr w:type="spellStart"/>
      <w:r>
        <w:t>uning</w:t>
      </w:r>
      <w:proofErr w:type="spellEnd"/>
      <w:r>
        <w:t xml:space="preserve"> </w:t>
      </w:r>
      <w:proofErr w:type="spellStart"/>
      <w:r>
        <w:t>tuman</w:t>
      </w:r>
      <w:proofErr w:type="spellEnd"/>
      <w:r>
        <w:t xml:space="preserve"> (</w:t>
      </w:r>
      <w:proofErr w:type="spellStart"/>
      <w:r>
        <w:t>shahar</w:t>
      </w:r>
      <w:proofErr w:type="spellEnd"/>
      <w:r>
        <w:t xml:space="preserve">) </w:t>
      </w:r>
      <w:proofErr w:type="spellStart"/>
      <w:proofErr w:type="gramStart"/>
      <w:r>
        <w:t>bo‘</w:t>
      </w:r>
      <w:proofErr w:type="gramEnd"/>
      <w:r>
        <w:t>limlariga</w:t>
      </w:r>
      <w:proofErr w:type="spellEnd"/>
      <w:r>
        <w:t xml:space="preserve"> </w:t>
      </w:r>
      <w:proofErr w:type="spellStart"/>
      <w:r>
        <w:t>jami</w:t>
      </w:r>
      <w:proofErr w:type="spellEnd"/>
      <w:r>
        <w:t xml:space="preserve"> </w:t>
      </w:r>
      <w:r w:rsidR="009C537D">
        <w:t xml:space="preserve">264 </w:t>
      </w:r>
      <w:proofErr w:type="spellStart"/>
      <w:r w:rsidR="0086509F" w:rsidRPr="0086509F">
        <w:t>jismoniy</w:t>
      </w:r>
      <w:proofErr w:type="spellEnd"/>
      <w:r w:rsidR="0086509F" w:rsidRPr="0086509F">
        <w:t xml:space="preserve"> </w:t>
      </w:r>
      <w:proofErr w:type="spellStart"/>
      <w:r w:rsidR="0086509F" w:rsidRPr="0086509F">
        <w:t>shaxslar</w:t>
      </w:r>
      <w:proofErr w:type="spellEnd"/>
      <w:r w:rsidR="0086509F" w:rsidRPr="0086509F">
        <w:t xml:space="preserve"> </w:t>
      </w:r>
      <w:proofErr w:type="spellStart"/>
      <w:r w:rsidR="0086509F" w:rsidRPr="0086509F">
        <w:t>tomoni</w:t>
      </w:r>
      <w:r w:rsidR="0086509F">
        <w:t>dan</w:t>
      </w:r>
      <w:proofErr w:type="spellEnd"/>
      <w:r w:rsidR="0086509F">
        <w:t xml:space="preserve"> </w:t>
      </w:r>
      <w:proofErr w:type="spellStart"/>
      <w:r w:rsidR="0086509F">
        <w:t>yozma</w:t>
      </w:r>
      <w:proofErr w:type="spellEnd"/>
      <w:r w:rsidR="0086509F">
        <w:t xml:space="preserve"> </w:t>
      </w:r>
      <w:proofErr w:type="spellStart"/>
      <w:r w:rsidR="0086509F">
        <w:t>murojaat</w:t>
      </w:r>
      <w:proofErr w:type="spellEnd"/>
      <w:r w:rsidR="0086509F">
        <w:t xml:space="preserve"> </w:t>
      </w:r>
      <w:proofErr w:type="spellStart"/>
      <w:r w:rsidR="0086509F">
        <w:t>kelib</w:t>
      </w:r>
      <w:proofErr w:type="spellEnd"/>
      <w:r w:rsidR="0086509F">
        <w:t xml:space="preserve"> </w:t>
      </w:r>
      <w:proofErr w:type="spellStart"/>
      <w:r w:rsidR="0086509F">
        <w:t>tushdi</w:t>
      </w:r>
      <w:proofErr w:type="spellEnd"/>
      <w:r>
        <w:t xml:space="preserve">. </w:t>
      </w:r>
      <w:proofErr w:type="spellStart"/>
      <w:r>
        <w:t>Murojaatlarni</w:t>
      </w:r>
      <w:proofErr w:type="spellEnd"/>
      <w:r>
        <w:t xml:space="preserve"> </w:t>
      </w:r>
      <w:proofErr w:type="spellStart"/>
      <w:r>
        <w:t>mazmuni</w:t>
      </w:r>
      <w:proofErr w:type="spellEnd"/>
      <w:r>
        <w:t xml:space="preserve"> </w:t>
      </w:r>
      <w:proofErr w:type="spellStart"/>
      <w:proofErr w:type="gramStart"/>
      <w:r>
        <w:t>bo‘</w:t>
      </w:r>
      <w:proofErr w:type="gramEnd"/>
      <w:r>
        <w:t>yicha</w:t>
      </w:r>
      <w:proofErr w:type="spellEnd"/>
      <w:r>
        <w:t xml:space="preserve"> </w:t>
      </w:r>
      <w:proofErr w:type="spellStart"/>
      <w:r>
        <w:t>tahlil</w:t>
      </w:r>
      <w:proofErr w:type="spellEnd"/>
      <w:r>
        <w:t xml:space="preserve"> qilish natijasida, ular asosan yoshlarni ish bilan ta’minlash, tadbirkorlik faoliyatini yo‘lga qo‘yish va imtiyozli kreditlar ajratish, “Yoshlar daftari” jamg‘armasi orqali yordam ko‘rsatish, ta’lim va kontrakt to‘lovlari, kasb-hunarga o‘qitish, subsidiya va moddiy yordam, uy-joy masalalari hamda boshqa ijtimoiy muammolar bilan bog‘liq ekani qayd etildi. </w:t>
      </w:r>
    </w:p>
    <w:p w:rsidR="00BA074F" w:rsidRDefault="007D311F" w:rsidP="0086509F">
      <w:pPr>
        <w:spacing w:after="0"/>
        <w:ind w:firstLine="709"/>
        <w:jc w:val="both"/>
      </w:pPr>
      <w:proofErr w:type="spellStart"/>
      <w:r>
        <w:t>Murojaatlarni</w:t>
      </w:r>
      <w:proofErr w:type="spellEnd"/>
      <w:r>
        <w:t xml:space="preserve"> </w:t>
      </w:r>
      <w:proofErr w:type="spellStart"/>
      <w:proofErr w:type="gramStart"/>
      <w:r>
        <w:t>ko‘</w:t>
      </w:r>
      <w:proofErr w:type="gramEnd"/>
      <w:r>
        <w:t>rib</w:t>
      </w:r>
      <w:proofErr w:type="spellEnd"/>
      <w:r>
        <w:t xml:space="preserve"> </w:t>
      </w:r>
      <w:proofErr w:type="spellStart"/>
      <w:r>
        <w:t>chiqish</w:t>
      </w:r>
      <w:proofErr w:type="spellEnd"/>
      <w:r>
        <w:t xml:space="preserve"> </w:t>
      </w:r>
      <w:proofErr w:type="spellStart"/>
      <w:r>
        <w:t>natijalariga</w:t>
      </w:r>
      <w:proofErr w:type="spellEnd"/>
      <w:r>
        <w:t xml:space="preserve"> </w:t>
      </w:r>
      <w:proofErr w:type="spellStart"/>
      <w:r>
        <w:t>ko‘ra</w:t>
      </w:r>
      <w:proofErr w:type="spellEnd"/>
      <w:r>
        <w:t xml:space="preserve">, 174 </w:t>
      </w:r>
      <w:proofErr w:type="spellStart"/>
      <w:r>
        <w:t>tasi</w:t>
      </w:r>
      <w:proofErr w:type="spellEnd"/>
      <w:r>
        <w:t xml:space="preserve"> </w:t>
      </w:r>
      <w:proofErr w:type="spellStart"/>
      <w:r>
        <w:t>ijobiy</w:t>
      </w:r>
      <w:proofErr w:type="spellEnd"/>
      <w:r>
        <w:t xml:space="preserve"> </w:t>
      </w:r>
      <w:proofErr w:type="spellStart"/>
      <w:r>
        <w:t>hal</w:t>
      </w:r>
      <w:proofErr w:type="spellEnd"/>
      <w:r>
        <w:t xml:space="preserve"> </w:t>
      </w:r>
      <w:proofErr w:type="spellStart"/>
      <w:r>
        <w:t>etildi</w:t>
      </w:r>
      <w:proofErr w:type="spellEnd"/>
      <w:r>
        <w:t xml:space="preserve">, 90 </w:t>
      </w:r>
      <w:proofErr w:type="spellStart"/>
      <w:r>
        <w:t>tasi</w:t>
      </w:r>
      <w:proofErr w:type="spellEnd"/>
      <w:r>
        <w:t xml:space="preserve"> </w:t>
      </w:r>
      <w:proofErr w:type="spellStart"/>
      <w:r>
        <w:t>yuzasidan</w:t>
      </w:r>
      <w:proofErr w:type="spellEnd"/>
      <w:r>
        <w:t xml:space="preserve"> </w:t>
      </w:r>
      <w:proofErr w:type="spellStart"/>
      <w:r>
        <w:t>huquqiy</w:t>
      </w:r>
      <w:proofErr w:type="spellEnd"/>
      <w:r>
        <w:t xml:space="preserve"> </w:t>
      </w:r>
      <w:proofErr w:type="spellStart"/>
      <w:r>
        <w:t>tushuntirish</w:t>
      </w:r>
      <w:proofErr w:type="spellEnd"/>
      <w:r>
        <w:t xml:space="preserve"> </w:t>
      </w:r>
      <w:proofErr w:type="spellStart"/>
      <w:r>
        <w:t>berildi</w:t>
      </w:r>
      <w:proofErr w:type="spellEnd"/>
      <w:r>
        <w:t xml:space="preserve">. </w:t>
      </w:r>
      <w:proofErr w:type="spellStart"/>
      <w:r>
        <w:t>Murojaatlarni</w:t>
      </w:r>
      <w:proofErr w:type="spellEnd"/>
      <w:r>
        <w:t xml:space="preserve"> </w:t>
      </w:r>
      <w:proofErr w:type="spellStart"/>
      <w:proofErr w:type="gramStart"/>
      <w:r>
        <w:t>ko‘</w:t>
      </w:r>
      <w:proofErr w:type="gramEnd"/>
      <w:r>
        <w:t>rib</w:t>
      </w:r>
      <w:proofErr w:type="spellEnd"/>
      <w:r>
        <w:t xml:space="preserve"> </w:t>
      </w:r>
      <w:proofErr w:type="spellStart"/>
      <w:r>
        <w:t>chiqishda</w:t>
      </w:r>
      <w:proofErr w:type="spellEnd"/>
      <w:r>
        <w:t xml:space="preserve"> </w:t>
      </w:r>
      <w:proofErr w:type="spellStart"/>
      <w:r>
        <w:t>qonunchilikda</w:t>
      </w:r>
      <w:proofErr w:type="spellEnd"/>
      <w:r>
        <w:t xml:space="preserve"> </w:t>
      </w:r>
      <w:proofErr w:type="spellStart"/>
      <w:r>
        <w:t>belgilangan</w:t>
      </w:r>
      <w:proofErr w:type="spellEnd"/>
      <w:r>
        <w:t xml:space="preserve"> </w:t>
      </w:r>
      <w:proofErr w:type="spellStart"/>
      <w:r>
        <w:t>muddatlarga</w:t>
      </w:r>
      <w:proofErr w:type="spellEnd"/>
      <w:r>
        <w:t xml:space="preserve"> </w:t>
      </w:r>
      <w:proofErr w:type="spellStart"/>
      <w:r>
        <w:t>rioya</w:t>
      </w:r>
      <w:proofErr w:type="spellEnd"/>
      <w:r>
        <w:t xml:space="preserve"> </w:t>
      </w:r>
      <w:proofErr w:type="spellStart"/>
      <w:r>
        <w:t>etilishi</w:t>
      </w:r>
      <w:proofErr w:type="spellEnd"/>
      <w:r>
        <w:t xml:space="preserve"> </w:t>
      </w:r>
      <w:proofErr w:type="spellStart"/>
      <w:r>
        <w:t>hamda</w:t>
      </w:r>
      <w:proofErr w:type="spellEnd"/>
      <w:r>
        <w:t xml:space="preserve"> </w:t>
      </w:r>
      <w:proofErr w:type="spellStart"/>
      <w:r>
        <w:t>murojaatchilarga</w:t>
      </w:r>
      <w:proofErr w:type="spellEnd"/>
      <w:r>
        <w:t xml:space="preserve"> </w:t>
      </w:r>
      <w:proofErr w:type="spellStart"/>
      <w:r>
        <w:t>asoslantirilgan</w:t>
      </w:r>
      <w:proofErr w:type="spellEnd"/>
      <w:r>
        <w:t xml:space="preserve"> </w:t>
      </w:r>
      <w:proofErr w:type="spellStart"/>
      <w:r>
        <w:t>javoblar</w:t>
      </w:r>
      <w:proofErr w:type="spellEnd"/>
      <w:r>
        <w:t xml:space="preserve"> </w:t>
      </w:r>
      <w:proofErr w:type="spellStart"/>
      <w:r>
        <w:t>yuborilishi</w:t>
      </w:r>
      <w:proofErr w:type="spellEnd"/>
      <w:r>
        <w:t xml:space="preserve"> </w:t>
      </w:r>
      <w:proofErr w:type="spellStart"/>
      <w:r>
        <w:t>nazorat</w:t>
      </w:r>
      <w:proofErr w:type="spellEnd"/>
      <w:r>
        <w:t xml:space="preserve"> </w:t>
      </w:r>
      <w:proofErr w:type="spellStart"/>
      <w:r>
        <w:t>qilib</w:t>
      </w:r>
      <w:proofErr w:type="spellEnd"/>
      <w:r>
        <w:t xml:space="preserve"> </w:t>
      </w:r>
      <w:proofErr w:type="spellStart"/>
      <w:r>
        <w:t>borildi</w:t>
      </w:r>
      <w:proofErr w:type="spellEnd"/>
      <w:r>
        <w:t>.</w:t>
      </w:r>
    </w:p>
    <w:p w:rsidR="00BA074F" w:rsidRDefault="00A1195C" w:rsidP="0086509F">
      <w:pPr>
        <w:spacing w:after="0"/>
        <w:ind w:firstLine="709"/>
        <w:jc w:val="both"/>
      </w:pPr>
      <w:r>
        <w:t xml:space="preserve">Hisobot davrida Boshqarma rahbariyati va mas’ul xodimlari tomonidan fuqarolar hamda yoshlarning murojaatlarini tinglash, ularning muammolariga yechim topish maqsadida shaxsiy va sayyor qabullar tashkil etildi. Jami 24 </w:t>
      </w:r>
      <w:proofErr w:type="spellStart"/>
      <w:r>
        <w:t>marotaba</w:t>
      </w:r>
      <w:proofErr w:type="spellEnd"/>
      <w:r>
        <w:t xml:space="preserve"> </w:t>
      </w:r>
      <w:proofErr w:type="spellStart"/>
      <w:r>
        <w:t>qabul</w:t>
      </w:r>
      <w:proofErr w:type="spellEnd"/>
      <w:r>
        <w:t xml:space="preserve"> </w:t>
      </w:r>
      <w:proofErr w:type="spellStart"/>
      <w:proofErr w:type="gramStart"/>
      <w:r>
        <w:t>o‘</w:t>
      </w:r>
      <w:proofErr w:type="gramEnd"/>
      <w:r>
        <w:t>tkazilib</w:t>
      </w:r>
      <w:proofErr w:type="spellEnd"/>
      <w:r>
        <w:t xml:space="preserve">, </w:t>
      </w:r>
      <w:proofErr w:type="spellStart"/>
      <w:r>
        <w:t>ularda</w:t>
      </w:r>
      <w:proofErr w:type="spellEnd"/>
      <w:r>
        <w:t xml:space="preserve"> 420 </w:t>
      </w:r>
      <w:proofErr w:type="spellStart"/>
      <w:r>
        <w:t>nafar</w:t>
      </w:r>
      <w:proofErr w:type="spellEnd"/>
      <w:r>
        <w:t xml:space="preserve"> </w:t>
      </w:r>
      <w:proofErr w:type="spellStart"/>
      <w:r>
        <w:t>fuqaro</w:t>
      </w:r>
      <w:proofErr w:type="spellEnd"/>
      <w:r>
        <w:t xml:space="preserve"> </w:t>
      </w:r>
      <w:proofErr w:type="spellStart"/>
      <w:r>
        <w:t>va</w:t>
      </w:r>
      <w:proofErr w:type="spellEnd"/>
      <w:r>
        <w:t xml:space="preserve"> </w:t>
      </w:r>
      <w:proofErr w:type="spellStart"/>
      <w:r>
        <w:t>yoshlar</w:t>
      </w:r>
      <w:proofErr w:type="spellEnd"/>
      <w:r>
        <w:t xml:space="preserve"> qabul qilindi. Qabullar davomida ko‘tarilgan masalalar tegishli tartibda o‘rganilib, hal etilishi Boshqarma vakolatiga kiradigan murojaatlar bo‘yicha amaliy choralar ko‘rildi, boshqa tashkilotlar vakolatiga kiruvchi masalalar esa tegishliligi bo‘yicha yo‘naltirildi.</w:t>
      </w:r>
    </w:p>
    <w:p w:rsidR="00BA074F" w:rsidRDefault="00A1195C" w:rsidP="0086509F">
      <w:pPr>
        <w:spacing w:after="120"/>
        <w:ind w:firstLine="709"/>
        <w:jc w:val="both"/>
      </w:pPr>
      <w:r>
        <w:t xml:space="preserve">Murojaatlar bilan ishlash samaradorligini oshirish, takroriy murojaatlarning oldini olish, muammolarni kelib chiqish bosqichida aniqlash hamda murojaatlarni ko‘rib chiqish muddatlariga qat’iy rioya etish maqsadida tuman (shahar) bo‘limlari faoliyati muntazam tahlil qilib borilmoqda. Aniqlangan kamchiliklarni bartaraf etish, mas’ul xodimlarning ijro intizomini kuchaytirish va murojaatchilar bilan qayta aloqa </w:t>
      </w:r>
      <w:proofErr w:type="gramStart"/>
      <w:r>
        <w:t>o‘</w:t>
      </w:r>
      <w:proofErr w:type="gramEnd"/>
      <w:r>
        <w:t xml:space="preserve">rnatish </w:t>
      </w:r>
      <w:proofErr w:type="spellStart"/>
      <w:r>
        <w:t>bo‘yicha</w:t>
      </w:r>
      <w:proofErr w:type="spellEnd"/>
      <w:r>
        <w:t xml:space="preserve"> </w:t>
      </w:r>
      <w:proofErr w:type="spellStart"/>
      <w:r>
        <w:t>tegishli</w:t>
      </w:r>
      <w:proofErr w:type="spellEnd"/>
      <w:r>
        <w:t xml:space="preserve"> </w:t>
      </w:r>
      <w:proofErr w:type="spellStart"/>
      <w:r>
        <w:t>vazifalar</w:t>
      </w:r>
      <w:proofErr w:type="spellEnd"/>
      <w:r>
        <w:t xml:space="preserve"> </w:t>
      </w:r>
      <w:proofErr w:type="spellStart"/>
      <w:r>
        <w:t>belgilangan</w:t>
      </w:r>
      <w:proofErr w:type="spellEnd"/>
      <w:r>
        <w:t>.</w:t>
      </w:r>
    </w:p>
    <w:sectPr w:rsidR="00BA074F"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657DC"/>
    <w:rsid w:val="0029639D"/>
    <w:rsid w:val="00326F90"/>
    <w:rsid w:val="007D311F"/>
    <w:rsid w:val="0086509F"/>
    <w:rsid w:val="009620DB"/>
    <w:rsid w:val="009C537D"/>
    <w:rsid w:val="00A1195C"/>
    <w:rsid w:val="00AA1D8D"/>
    <w:rsid w:val="00B47730"/>
    <w:rsid w:val="00BA074F"/>
    <w:rsid w:val="00C4047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A92C87"/>
  <w14:defaultImageDpi w14:val="300"/>
  <w15:docId w15:val="{095C0BDB-F605-4483-91F3-0B292D767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Times New Roman" w:eastAsia="Times New Roman" w:hAnsi="Times New Roman"/>
      <w:sz w:val="28"/>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97144589">
      <w:bodyDiv w:val="1"/>
      <w:marLeft w:val="0"/>
      <w:marRight w:val="0"/>
      <w:marTop w:val="0"/>
      <w:marBottom w:val="0"/>
      <w:divBdr>
        <w:top w:val="none" w:sz="0" w:space="0" w:color="auto"/>
        <w:left w:val="none" w:sz="0" w:space="0" w:color="auto"/>
        <w:bottom w:val="none" w:sz="0" w:space="0" w:color="auto"/>
        <w:right w:val="none" w:sz="0" w:space="0" w:color="auto"/>
      </w:divBdr>
    </w:div>
    <w:div w:id="213555781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EAB8C-2CD6-4465-899B-45D07AEC2D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369</Words>
  <Characters>2107</Characters>
  <Application>Microsoft Office Word</Application>
  <DocSecurity>0</DocSecurity>
  <Lines>17</Lines>
  <Paragraphs>4</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2472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2</cp:revision>
  <dcterms:created xsi:type="dcterms:W3CDTF">2026-10-27T12:30:00Z</dcterms:created>
  <dcterms:modified xsi:type="dcterms:W3CDTF">2026-10-27T12:30:00Z</dcterms:modified>
  <cp:category/>
</cp:coreProperties>
</file>